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181" w:rsidRDefault="00DF1F6B">
      <w:pPr>
        <w:jc w:val="center"/>
      </w:pPr>
      <w:r>
        <w:rPr>
          <w:b/>
          <w:sz w:val="26"/>
        </w:rPr>
        <w:t>ALLEGATO 1 – SCHEDA DI RICOGNIZIONE</w:t>
      </w:r>
      <w:r>
        <w:rPr>
          <w:b/>
          <w:sz w:val="26"/>
        </w:rPr>
        <w:br/>
      </w:r>
      <w:r>
        <w:rPr>
          <w:b/>
          <w:sz w:val="22"/>
        </w:rPr>
        <w:t>RICOGNIZIONE INTERNA DEL PERSONALE DOCENTE IN POSSESSO DI TITOLI E COMPETENZE CLIL</w:t>
      </w:r>
    </w:p>
    <w:p w:rsidR="00423181" w:rsidRDefault="00DF1F6B">
      <w:r>
        <w:t>Il/La sottoscritto/a ________________________________________________</w:t>
      </w:r>
    </w:p>
    <w:p w:rsidR="00423181" w:rsidRDefault="00DF1F6B">
      <w:r>
        <w:t>nato/a a ______________________________________________ il ___/___/_______</w:t>
      </w:r>
    </w:p>
    <w:p w:rsidR="00423181" w:rsidRDefault="00DF1F6B">
      <w:r>
        <w:t>in servizio presso l’Istituto in qualità di docente di ________________________________________________</w:t>
      </w:r>
    </w:p>
    <w:p w:rsidR="00423181" w:rsidRDefault="00DF1F6B">
      <w:r>
        <w:t>classe di concorso ____________________    plesso/sede ______________________________</w:t>
      </w:r>
    </w:p>
    <w:p w:rsidR="00423181" w:rsidRDefault="00DF1F6B">
      <w:r>
        <w:t>e-mail istituzionale ________________________________________________________________</w:t>
      </w:r>
    </w:p>
    <w:p w:rsidR="00423181" w:rsidRDefault="00DF1F6B">
      <w:r>
        <w:t>dichiara, ai sensi della normativa vigente in materia di autocertificazione, di possedere i seguenti titoli e competenze.</w:t>
      </w:r>
    </w:p>
    <w:p w:rsidR="00423181" w:rsidRDefault="00DF1F6B">
      <w:r>
        <w:rPr>
          <w:b/>
          <w:sz w:val="22"/>
        </w:rPr>
        <w:t>1. LINGUA STRANIERA DI RIFERIMENTO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994"/>
        <w:gridCol w:w="1990"/>
        <w:gridCol w:w="1993"/>
        <w:gridCol w:w="1993"/>
        <w:gridCol w:w="1992"/>
      </w:tblGrid>
      <w:tr w:rsidR="00423181">
        <w:trPr>
          <w:jc w:val="center"/>
        </w:trPr>
        <w:tc>
          <w:tcPr>
            <w:tcW w:w="1994" w:type="dxa"/>
            <w:shd w:val="clear" w:color="auto" w:fill="D9EAF7"/>
            <w:vAlign w:val="center"/>
          </w:tcPr>
          <w:p w:rsidR="00423181" w:rsidRDefault="00DF1F6B">
            <w:r>
              <w:rPr>
                <w:b/>
                <w:sz w:val="16"/>
              </w:rPr>
              <w:t>Lingua straniera</w:t>
            </w:r>
          </w:p>
        </w:tc>
        <w:tc>
          <w:tcPr>
            <w:tcW w:w="1994" w:type="dxa"/>
            <w:shd w:val="clear" w:color="auto" w:fill="D9EAF7"/>
            <w:vAlign w:val="center"/>
          </w:tcPr>
          <w:p w:rsidR="00423181" w:rsidRDefault="00DF1F6B">
            <w:r>
              <w:rPr>
                <w:b/>
                <w:sz w:val="16"/>
              </w:rPr>
              <w:t>Livello</w:t>
            </w:r>
          </w:p>
        </w:tc>
        <w:tc>
          <w:tcPr>
            <w:tcW w:w="1994" w:type="dxa"/>
            <w:shd w:val="clear" w:color="auto" w:fill="D9EAF7"/>
            <w:vAlign w:val="center"/>
          </w:tcPr>
          <w:p w:rsidR="00423181" w:rsidRDefault="00DF1F6B">
            <w:r>
              <w:rPr>
                <w:b/>
                <w:sz w:val="16"/>
              </w:rPr>
              <w:t>Certificazione</w:t>
            </w:r>
          </w:p>
        </w:tc>
        <w:tc>
          <w:tcPr>
            <w:tcW w:w="1994" w:type="dxa"/>
            <w:shd w:val="clear" w:color="auto" w:fill="D9EAF7"/>
            <w:vAlign w:val="center"/>
          </w:tcPr>
          <w:p w:rsidR="00423181" w:rsidRDefault="00DF1F6B">
            <w:r>
              <w:rPr>
                <w:b/>
                <w:sz w:val="16"/>
              </w:rPr>
              <w:t>Ente certificatore</w:t>
            </w:r>
          </w:p>
        </w:tc>
        <w:tc>
          <w:tcPr>
            <w:tcW w:w="1994" w:type="dxa"/>
            <w:shd w:val="clear" w:color="auto" w:fill="D9EAF7"/>
            <w:vAlign w:val="center"/>
          </w:tcPr>
          <w:p w:rsidR="00423181" w:rsidRDefault="00DF1F6B">
            <w:r>
              <w:rPr>
                <w:b/>
                <w:sz w:val="16"/>
              </w:rPr>
              <w:t>Data</w:t>
            </w:r>
          </w:p>
        </w:tc>
      </w:tr>
      <w:tr w:rsidR="00423181">
        <w:trPr>
          <w:jc w:val="center"/>
        </w:trPr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Inglese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☐ B2 ☐ C1 ☐ C2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___/___/_____</w:t>
            </w:r>
          </w:p>
        </w:tc>
      </w:tr>
      <w:tr w:rsidR="00423181">
        <w:trPr>
          <w:jc w:val="center"/>
        </w:trPr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Francese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☐ B2 ☐ C1 ☐ C2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___/___/_____</w:t>
            </w:r>
          </w:p>
        </w:tc>
      </w:tr>
      <w:tr w:rsidR="00423181">
        <w:trPr>
          <w:jc w:val="center"/>
        </w:trPr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Tedesco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☐ B2 ☐ C1 ☐ C2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___/___/_____</w:t>
            </w:r>
          </w:p>
        </w:tc>
      </w:tr>
      <w:tr w:rsidR="00423181">
        <w:trPr>
          <w:jc w:val="center"/>
        </w:trPr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Spagnolo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☐ B2 ☐ C1 ☐ C2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___/___/_____</w:t>
            </w:r>
          </w:p>
        </w:tc>
      </w:tr>
      <w:tr w:rsidR="00423181">
        <w:trPr>
          <w:jc w:val="center"/>
        </w:trPr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Altra: __________________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☐ B2 ☐ C1 ☐ C2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994" w:type="dxa"/>
            <w:vAlign w:val="center"/>
          </w:tcPr>
          <w:p w:rsidR="00423181" w:rsidRDefault="00DF1F6B">
            <w:r>
              <w:rPr>
                <w:sz w:val="16"/>
              </w:rPr>
              <w:t>___/___/_____</w:t>
            </w:r>
          </w:p>
        </w:tc>
      </w:tr>
    </w:tbl>
    <w:p w:rsidR="00423181" w:rsidRDefault="00DF1F6B">
      <w:r>
        <w:rPr>
          <w:b/>
          <w:sz w:val="22"/>
        </w:rPr>
        <w:t>2. TITOLI E PERCORSI DI FORMAZIONE CLIL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861"/>
        <w:gridCol w:w="1660"/>
        <w:gridCol w:w="1612"/>
        <w:gridCol w:w="1602"/>
        <w:gridCol w:w="1612"/>
        <w:gridCol w:w="1615"/>
      </w:tblGrid>
      <w:tr w:rsidR="00423181">
        <w:trPr>
          <w:jc w:val="center"/>
        </w:trPr>
        <w:tc>
          <w:tcPr>
            <w:tcW w:w="1662" w:type="dxa"/>
            <w:shd w:val="clear" w:color="auto" w:fill="D9EAF7"/>
            <w:vAlign w:val="center"/>
          </w:tcPr>
          <w:p w:rsidR="00423181" w:rsidRDefault="00DF1F6B">
            <w:r>
              <w:rPr>
                <w:b/>
                <w:sz w:val="16"/>
              </w:rPr>
              <w:t>Titolo/corso/percorso</w:t>
            </w:r>
          </w:p>
        </w:tc>
        <w:tc>
          <w:tcPr>
            <w:tcW w:w="1662" w:type="dxa"/>
            <w:shd w:val="clear" w:color="auto" w:fill="D9EAF7"/>
            <w:vAlign w:val="center"/>
          </w:tcPr>
          <w:p w:rsidR="00423181" w:rsidRDefault="00DF1F6B">
            <w:r>
              <w:rPr>
                <w:b/>
                <w:sz w:val="16"/>
              </w:rPr>
              <w:t>Ente/università</w:t>
            </w:r>
          </w:p>
        </w:tc>
        <w:tc>
          <w:tcPr>
            <w:tcW w:w="1662" w:type="dxa"/>
            <w:shd w:val="clear" w:color="auto" w:fill="D9EAF7"/>
            <w:vAlign w:val="center"/>
          </w:tcPr>
          <w:p w:rsidR="00423181" w:rsidRDefault="00DF1F6B">
            <w:r>
              <w:rPr>
                <w:b/>
                <w:sz w:val="16"/>
              </w:rPr>
              <w:t>Durata</w:t>
            </w:r>
          </w:p>
        </w:tc>
        <w:tc>
          <w:tcPr>
            <w:tcW w:w="1662" w:type="dxa"/>
            <w:shd w:val="clear" w:color="auto" w:fill="D9EAF7"/>
            <w:vAlign w:val="center"/>
          </w:tcPr>
          <w:p w:rsidR="00423181" w:rsidRDefault="00DF1F6B">
            <w:r>
              <w:rPr>
                <w:b/>
                <w:sz w:val="16"/>
              </w:rPr>
              <w:t>CFU</w:t>
            </w:r>
          </w:p>
        </w:tc>
        <w:tc>
          <w:tcPr>
            <w:tcW w:w="1662" w:type="dxa"/>
            <w:shd w:val="clear" w:color="auto" w:fill="D9EAF7"/>
            <w:vAlign w:val="center"/>
          </w:tcPr>
          <w:p w:rsidR="00423181" w:rsidRDefault="00DF1F6B">
            <w:r>
              <w:rPr>
                <w:b/>
                <w:sz w:val="16"/>
              </w:rPr>
              <w:t>Anno</w:t>
            </w:r>
          </w:p>
        </w:tc>
        <w:tc>
          <w:tcPr>
            <w:tcW w:w="1662" w:type="dxa"/>
            <w:shd w:val="clear" w:color="auto" w:fill="D9EAF7"/>
            <w:vAlign w:val="center"/>
          </w:tcPr>
          <w:p w:rsidR="00423181" w:rsidRDefault="00DF1F6B">
            <w:r>
              <w:rPr>
                <w:b/>
                <w:sz w:val="16"/>
              </w:rPr>
              <w:t>Doc. allegata</w:t>
            </w:r>
          </w:p>
        </w:tc>
      </w:tr>
      <w:tr w:rsidR="00423181">
        <w:trPr>
          <w:jc w:val="center"/>
        </w:trPr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☐ Sì ☐ No</w:t>
            </w:r>
          </w:p>
        </w:tc>
      </w:tr>
      <w:tr w:rsidR="00423181">
        <w:trPr>
          <w:jc w:val="center"/>
        </w:trPr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☐ Sì ☐ No</w:t>
            </w:r>
          </w:p>
        </w:tc>
      </w:tr>
      <w:tr w:rsidR="00423181">
        <w:trPr>
          <w:jc w:val="center"/>
        </w:trPr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☐ Sì ☐ No</w:t>
            </w:r>
          </w:p>
        </w:tc>
      </w:tr>
      <w:tr w:rsidR="00423181">
        <w:trPr>
          <w:jc w:val="center"/>
        </w:trPr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☐ Sì ☐ No</w:t>
            </w:r>
          </w:p>
        </w:tc>
      </w:tr>
    </w:tbl>
    <w:p w:rsidR="00423181" w:rsidRDefault="00DF1F6B">
      <w:r>
        <w:t>Eventuali ulteriori informazioni sui titoli conseguiti:</w:t>
      </w:r>
      <w:r>
        <w:br/>
      </w:r>
      <w:r>
        <w:br/>
        <w:t>________________________________________________________________________________</w:t>
      </w:r>
      <w:r>
        <w:br/>
        <w:t>________________________________________________________________________________</w:t>
      </w:r>
    </w:p>
    <w:p w:rsidR="00423181" w:rsidRDefault="00DF1F6B">
      <w:r>
        <w:rPr>
          <w:b/>
          <w:sz w:val="22"/>
        </w:rPr>
        <w:t>3. ESPERIENZE DI INSEGNAMENTO CON METODOLOGIA CLIL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660"/>
        <w:gridCol w:w="1662"/>
        <w:gridCol w:w="1661"/>
        <w:gridCol w:w="1659"/>
        <w:gridCol w:w="1660"/>
        <w:gridCol w:w="1660"/>
      </w:tblGrid>
      <w:tr w:rsidR="00423181">
        <w:trPr>
          <w:jc w:val="center"/>
        </w:trPr>
        <w:tc>
          <w:tcPr>
            <w:tcW w:w="1662" w:type="dxa"/>
            <w:shd w:val="clear" w:color="auto" w:fill="D9EAF7"/>
            <w:vAlign w:val="center"/>
          </w:tcPr>
          <w:p w:rsidR="00423181" w:rsidRDefault="00DF1F6B">
            <w:r>
              <w:rPr>
                <w:b/>
                <w:sz w:val="16"/>
              </w:rPr>
              <w:t>Anno scolastico</w:t>
            </w:r>
          </w:p>
        </w:tc>
        <w:tc>
          <w:tcPr>
            <w:tcW w:w="1662" w:type="dxa"/>
            <w:shd w:val="clear" w:color="auto" w:fill="D9EAF7"/>
            <w:vAlign w:val="center"/>
          </w:tcPr>
          <w:p w:rsidR="00423181" w:rsidRDefault="00DF1F6B">
            <w:r>
              <w:rPr>
                <w:b/>
                <w:sz w:val="16"/>
              </w:rPr>
              <w:t>Istituzione scolastica</w:t>
            </w:r>
          </w:p>
        </w:tc>
        <w:tc>
          <w:tcPr>
            <w:tcW w:w="1662" w:type="dxa"/>
            <w:shd w:val="clear" w:color="auto" w:fill="D9EAF7"/>
            <w:vAlign w:val="center"/>
          </w:tcPr>
          <w:p w:rsidR="00423181" w:rsidRDefault="00DF1F6B">
            <w:r>
              <w:rPr>
                <w:b/>
                <w:sz w:val="16"/>
              </w:rPr>
              <w:t>Disciplina</w:t>
            </w:r>
          </w:p>
        </w:tc>
        <w:tc>
          <w:tcPr>
            <w:tcW w:w="1662" w:type="dxa"/>
            <w:shd w:val="clear" w:color="auto" w:fill="D9EAF7"/>
            <w:vAlign w:val="center"/>
          </w:tcPr>
          <w:p w:rsidR="00423181" w:rsidRDefault="00DF1F6B">
            <w:r>
              <w:rPr>
                <w:b/>
                <w:sz w:val="16"/>
              </w:rPr>
              <w:t>Classe/i</w:t>
            </w:r>
          </w:p>
        </w:tc>
        <w:tc>
          <w:tcPr>
            <w:tcW w:w="1662" w:type="dxa"/>
            <w:shd w:val="clear" w:color="auto" w:fill="D9EAF7"/>
            <w:vAlign w:val="center"/>
          </w:tcPr>
          <w:p w:rsidR="00423181" w:rsidRDefault="00DF1F6B">
            <w:r>
              <w:rPr>
                <w:b/>
                <w:sz w:val="16"/>
              </w:rPr>
              <w:t>Lingua</w:t>
            </w:r>
          </w:p>
        </w:tc>
        <w:tc>
          <w:tcPr>
            <w:tcW w:w="1662" w:type="dxa"/>
            <w:shd w:val="clear" w:color="auto" w:fill="D9EAF7"/>
            <w:vAlign w:val="center"/>
          </w:tcPr>
          <w:p w:rsidR="00423181" w:rsidRDefault="00DF1F6B">
            <w:r>
              <w:rPr>
                <w:b/>
                <w:sz w:val="16"/>
              </w:rPr>
              <w:t>Ore/durata</w:t>
            </w:r>
          </w:p>
        </w:tc>
      </w:tr>
      <w:tr w:rsidR="00423181">
        <w:trPr>
          <w:jc w:val="center"/>
        </w:trPr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</w:t>
            </w:r>
          </w:p>
        </w:tc>
      </w:tr>
      <w:tr w:rsidR="00423181">
        <w:trPr>
          <w:jc w:val="center"/>
        </w:trPr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</w:t>
            </w:r>
          </w:p>
        </w:tc>
      </w:tr>
      <w:tr w:rsidR="00423181">
        <w:trPr>
          <w:jc w:val="center"/>
        </w:trPr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________</w:t>
            </w:r>
          </w:p>
        </w:tc>
        <w:tc>
          <w:tcPr>
            <w:tcW w:w="1662" w:type="dxa"/>
            <w:vAlign w:val="center"/>
          </w:tcPr>
          <w:p w:rsidR="00423181" w:rsidRDefault="00DF1F6B">
            <w:r>
              <w:rPr>
                <w:sz w:val="16"/>
              </w:rPr>
              <w:t>______</w:t>
            </w:r>
          </w:p>
        </w:tc>
      </w:tr>
    </w:tbl>
    <w:p w:rsidR="00423181" w:rsidRDefault="00DF1F6B">
      <w:r>
        <w:rPr>
          <w:b/>
          <w:sz w:val="22"/>
        </w:rPr>
        <w:t>4. ULTERIORI COMPETENZE O TITOLI PERTINENTI</w:t>
      </w:r>
    </w:p>
    <w:p w:rsidR="00423181" w:rsidRDefault="00DF1F6B">
      <w:r>
        <w:t>Indicare eventuali ulteriori certificazioni, esperienze didattiche, attività di progettazione, partecipazione a progetti internazionali, esperienze di studio o lavoro all’estero e altre competenze rilevanti:</w:t>
      </w:r>
      <w:r>
        <w:br/>
      </w:r>
      <w:r>
        <w:br/>
        <w:t>________________________________________________________________________________</w:t>
      </w:r>
      <w:r>
        <w:br/>
        <w:t>________________________________________________________________________________</w:t>
      </w:r>
      <w:r>
        <w:br/>
        <w:t>________________________________________________________________________________</w:t>
      </w:r>
    </w:p>
    <w:p w:rsidR="00DF1F6B" w:rsidRDefault="00DF1F6B">
      <w:pPr>
        <w:rPr>
          <w:b/>
          <w:sz w:val="22"/>
        </w:rPr>
      </w:pPr>
    </w:p>
    <w:p w:rsidR="00423181" w:rsidRDefault="00DF1F6B">
      <w:r>
        <w:rPr>
          <w:b/>
          <w:sz w:val="22"/>
        </w:rPr>
        <w:lastRenderedPageBreak/>
        <w:t>5. DISPONIBILITÀ</w:t>
      </w:r>
    </w:p>
    <w:p w:rsidR="00423181" w:rsidRDefault="00DF1F6B">
      <w:r>
        <w:t>☐ a collaborare alla progettazione di percorsi o moduli CLIL</w:t>
      </w:r>
    </w:p>
    <w:p w:rsidR="00423181" w:rsidRDefault="00DF1F6B">
      <w:r>
        <w:t>☐ a svolgere attività didattiche con metodologia CLIL nella propria disciplina</w:t>
      </w:r>
    </w:p>
    <w:p w:rsidR="00423181" w:rsidRDefault="00DF1F6B">
      <w:r>
        <w:t>☐ a partecipare a gruppi di lavoro o dipartimenti per la progettazione CLIL</w:t>
      </w:r>
    </w:p>
    <w:p w:rsidR="00423181" w:rsidRDefault="00DF1F6B">
      <w:r>
        <w:t>☐ a mettere a disposizione dell’Istituto le proprie competenze per attività di formazione o supporto ai colleghi</w:t>
      </w:r>
    </w:p>
    <w:p w:rsidR="00423181" w:rsidRDefault="00DF1F6B">
      <w:r>
        <w:t>☐ altro: ________________________________________________________________</w:t>
      </w:r>
    </w:p>
    <w:p w:rsidR="00423181" w:rsidRDefault="00DF1F6B">
      <w:r>
        <w:rPr>
          <w:b/>
          <w:sz w:val="22"/>
        </w:rPr>
        <w:t>6. DOCUMENTAZIONE ALLEGATA</w:t>
      </w:r>
    </w:p>
    <w:p w:rsidR="00423181" w:rsidRDefault="00DF1F6B">
      <w:r>
        <w:t>☐ Copia della/e certificazione/i linguistica/he</w:t>
      </w:r>
    </w:p>
    <w:p w:rsidR="00423181" w:rsidRDefault="00DF1F6B">
      <w:r>
        <w:t>☐ Copia degli attestati relativi a corsi o percorsi CLIL</w:t>
      </w:r>
    </w:p>
    <w:p w:rsidR="00423181" w:rsidRDefault="00DF1F6B">
      <w:r>
        <w:t>☐ Documentazione relativa alle esperienze dichiarate</w:t>
      </w:r>
    </w:p>
    <w:p w:rsidR="00423181" w:rsidRDefault="00DF1F6B">
      <w:r>
        <w:t>☐ Curriculum vitae</w:t>
      </w:r>
    </w:p>
    <w:p w:rsidR="00423181" w:rsidRDefault="00DF1F6B">
      <w:r>
        <w:t>☐ Altro: ______________________________________________</w:t>
      </w:r>
    </w:p>
    <w:p w:rsidR="00423181" w:rsidRDefault="00DF1F6B">
      <w:r>
        <w:t>Il/La sottoscritto/a dichiara che le informazioni riportate nella presente scheda sono veritiere e complete e si impegna a produrre, su richiesta dell’Istituto, la documentazione comprovante i titoli e le esperienze dichiarati.</w:t>
      </w:r>
    </w:p>
    <w:p w:rsidR="00423181" w:rsidRDefault="00DF1F6B">
      <w:r>
        <w:br/>
        <w:t>Luogo e data ________________________________</w:t>
      </w:r>
      <w:r>
        <w:br/>
      </w:r>
      <w:r>
        <w:br/>
        <w:t>Firma del docente</w:t>
      </w:r>
      <w:r>
        <w:br/>
      </w:r>
      <w:r>
        <w:br/>
        <w:t>____________________________________________</w:t>
      </w:r>
    </w:p>
    <w:p w:rsidR="00423181" w:rsidRDefault="00DF1F6B">
      <w:r>
        <w:rPr>
          <w:b/>
          <w:sz w:val="22"/>
        </w:rPr>
        <w:t>INFORMATIVA SUL TRATTAMENTO DEI DATI PERSONALI</w:t>
      </w:r>
    </w:p>
    <w:p w:rsidR="00423181" w:rsidRDefault="00DF1F6B">
      <w:r>
        <w:t xml:space="preserve">I dati personali raccolti mediante la presente scheda saranno trattati dall’Istituto esclusivamente per finalità connesse alla ricognizione delle professionalità interne e all’organizzazione delle attività didattiche e progettuali, nel rispetto </w:t>
      </w:r>
      <w:proofErr w:type="gramStart"/>
      <w:r>
        <w:t>della</w:t>
      </w:r>
      <w:proofErr w:type="gramEnd"/>
      <w:r>
        <w:t xml:space="preserve"> </w:t>
      </w:r>
      <w:proofErr w:type="spellStart"/>
      <w:r>
        <w:t>normativa</w:t>
      </w:r>
      <w:proofErr w:type="spellEnd"/>
      <w:r>
        <w:t xml:space="preserve"> </w:t>
      </w:r>
      <w:proofErr w:type="spellStart"/>
      <w:r>
        <w:t>vigente</w:t>
      </w:r>
      <w:proofErr w:type="spellEnd"/>
      <w:r>
        <w:t xml:space="preserve"> in </w:t>
      </w:r>
      <w:proofErr w:type="spellStart"/>
      <w:r>
        <w:t>materia</w:t>
      </w:r>
      <w:proofErr w:type="spellEnd"/>
      <w:r>
        <w:t xml:space="preserve"> di </w:t>
      </w:r>
      <w:proofErr w:type="spellStart"/>
      <w:r>
        <w:t>protezione</w:t>
      </w:r>
      <w:proofErr w:type="spellEnd"/>
      <w:r>
        <w:t xml:space="preserve"> </w:t>
      </w:r>
      <w:proofErr w:type="spellStart"/>
      <w:r>
        <w:t>dei</w:t>
      </w:r>
      <w:proofErr w:type="spellEnd"/>
      <w:r>
        <w:t xml:space="preserve"> </w:t>
      </w:r>
      <w:proofErr w:type="spellStart"/>
      <w:r>
        <w:t>dati</w:t>
      </w:r>
      <w:proofErr w:type="spellEnd"/>
      <w:r>
        <w:t xml:space="preserve"> </w:t>
      </w:r>
      <w:proofErr w:type="spellStart"/>
      <w:r>
        <w:t>personali</w:t>
      </w:r>
      <w:proofErr w:type="spellEnd"/>
      <w:r>
        <w:t>.</w:t>
      </w:r>
    </w:p>
    <w:p w:rsidR="00DF1F6B" w:rsidRPr="00520F99" w:rsidRDefault="00DF1F6B">
      <w:pPr>
        <w:rPr>
          <w:b/>
          <w:u w:val="single"/>
        </w:rPr>
      </w:pPr>
      <w:bookmarkStart w:id="0" w:name="_GoBack"/>
      <w:r w:rsidRPr="00520F99">
        <w:rPr>
          <w:b/>
          <w:u w:val="single"/>
        </w:rPr>
        <w:t xml:space="preserve">La </w:t>
      </w:r>
      <w:proofErr w:type="spellStart"/>
      <w:r w:rsidRPr="00520F99">
        <w:rPr>
          <w:b/>
          <w:u w:val="single"/>
        </w:rPr>
        <w:t>presente</w:t>
      </w:r>
      <w:proofErr w:type="spellEnd"/>
      <w:r w:rsidRPr="00520F99">
        <w:rPr>
          <w:b/>
          <w:u w:val="single"/>
        </w:rPr>
        <w:t xml:space="preserve"> </w:t>
      </w:r>
      <w:proofErr w:type="spellStart"/>
      <w:r w:rsidRPr="00520F99">
        <w:rPr>
          <w:b/>
          <w:u w:val="single"/>
        </w:rPr>
        <w:t>scheda</w:t>
      </w:r>
      <w:proofErr w:type="spellEnd"/>
      <w:r w:rsidRPr="00520F99">
        <w:rPr>
          <w:b/>
          <w:u w:val="single"/>
        </w:rPr>
        <w:t xml:space="preserve">, </w:t>
      </w:r>
      <w:proofErr w:type="spellStart"/>
      <w:r w:rsidRPr="00520F99">
        <w:rPr>
          <w:b/>
          <w:u w:val="single"/>
        </w:rPr>
        <w:t>unitamente</w:t>
      </w:r>
      <w:proofErr w:type="spellEnd"/>
      <w:r w:rsidRPr="00520F99">
        <w:rPr>
          <w:b/>
          <w:u w:val="single"/>
        </w:rPr>
        <w:t xml:space="preserve"> </w:t>
      </w:r>
      <w:proofErr w:type="spellStart"/>
      <w:r w:rsidRPr="00520F99">
        <w:rPr>
          <w:b/>
          <w:u w:val="single"/>
        </w:rPr>
        <w:t>alla</w:t>
      </w:r>
      <w:proofErr w:type="spellEnd"/>
      <w:r w:rsidRPr="00520F99">
        <w:rPr>
          <w:b/>
          <w:u w:val="single"/>
        </w:rPr>
        <w:t xml:space="preserve"> </w:t>
      </w:r>
      <w:proofErr w:type="spellStart"/>
      <w:r w:rsidRPr="00520F99">
        <w:rPr>
          <w:b/>
          <w:u w:val="single"/>
        </w:rPr>
        <w:t>documentazione</w:t>
      </w:r>
      <w:proofErr w:type="spellEnd"/>
      <w:r w:rsidRPr="00520F99">
        <w:rPr>
          <w:b/>
          <w:u w:val="single"/>
        </w:rPr>
        <w:t xml:space="preserve"> </w:t>
      </w:r>
      <w:proofErr w:type="spellStart"/>
      <w:r w:rsidRPr="00520F99">
        <w:rPr>
          <w:b/>
          <w:u w:val="single"/>
        </w:rPr>
        <w:t>allegata</w:t>
      </w:r>
      <w:proofErr w:type="spellEnd"/>
      <w:r w:rsidRPr="00520F99">
        <w:rPr>
          <w:b/>
          <w:u w:val="single"/>
        </w:rPr>
        <w:t xml:space="preserve"> </w:t>
      </w:r>
      <w:proofErr w:type="spellStart"/>
      <w:r w:rsidRPr="00520F99">
        <w:rPr>
          <w:b/>
          <w:u w:val="single"/>
        </w:rPr>
        <w:t>dovrà</w:t>
      </w:r>
      <w:proofErr w:type="spellEnd"/>
      <w:r w:rsidRPr="00520F99">
        <w:rPr>
          <w:b/>
          <w:u w:val="single"/>
        </w:rPr>
        <w:t xml:space="preserve"> </w:t>
      </w:r>
      <w:proofErr w:type="spellStart"/>
      <w:r w:rsidRPr="00520F99">
        <w:rPr>
          <w:b/>
          <w:u w:val="single"/>
        </w:rPr>
        <w:t>essere</w:t>
      </w:r>
      <w:proofErr w:type="spellEnd"/>
      <w:r w:rsidRPr="00520F99">
        <w:rPr>
          <w:b/>
          <w:u w:val="single"/>
        </w:rPr>
        <w:t xml:space="preserve"> </w:t>
      </w:r>
      <w:proofErr w:type="spellStart"/>
      <w:r w:rsidRPr="00520F99">
        <w:rPr>
          <w:b/>
          <w:u w:val="single"/>
        </w:rPr>
        <w:t>inviata</w:t>
      </w:r>
      <w:proofErr w:type="spellEnd"/>
      <w:r w:rsidRPr="00520F99">
        <w:rPr>
          <w:b/>
          <w:u w:val="single"/>
        </w:rPr>
        <w:t xml:space="preserve"> per e-mail </w:t>
      </w:r>
      <w:proofErr w:type="spellStart"/>
      <w:r w:rsidRPr="00520F99">
        <w:rPr>
          <w:b/>
          <w:u w:val="single"/>
        </w:rPr>
        <w:t>all’indirizzo</w:t>
      </w:r>
      <w:proofErr w:type="spellEnd"/>
      <w:r w:rsidRPr="00520F99">
        <w:rPr>
          <w:b/>
          <w:u w:val="single"/>
        </w:rPr>
        <w:t xml:space="preserve"> di </w:t>
      </w:r>
      <w:proofErr w:type="spellStart"/>
      <w:r w:rsidRPr="00520F99">
        <w:rPr>
          <w:b/>
          <w:u w:val="single"/>
        </w:rPr>
        <w:t>posta</w:t>
      </w:r>
      <w:proofErr w:type="spellEnd"/>
      <w:r w:rsidRPr="00520F99">
        <w:rPr>
          <w:b/>
          <w:u w:val="single"/>
        </w:rPr>
        <w:t xml:space="preserve">: </w:t>
      </w:r>
      <w:hyperlink r:id="rId6" w:history="1">
        <w:r w:rsidRPr="00520F99">
          <w:rPr>
            <w:rStyle w:val="Collegamentoipertestuale"/>
            <w:b/>
          </w:rPr>
          <w:t>tpis01800p@istruzione.it</w:t>
        </w:r>
      </w:hyperlink>
      <w:r w:rsidRPr="00520F99">
        <w:rPr>
          <w:b/>
          <w:u w:val="single"/>
        </w:rPr>
        <w:t xml:space="preserve"> o, </w:t>
      </w:r>
      <w:proofErr w:type="spellStart"/>
      <w:r w:rsidRPr="00520F99">
        <w:rPr>
          <w:b/>
          <w:u w:val="single"/>
        </w:rPr>
        <w:t>consegnata</w:t>
      </w:r>
      <w:proofErr w:type="spellEnd"/>
      <w:r w:rsidRPr="00520F99">
        <w:rPr>
          <w:b/>
          <w:u w:val="single"/>
        </w:rPr>
        <w:t xml:space="preserve"> </w:t>
      </w:r>
      <w:proofErr w:type="spellStart"/>
      <w:r w:rsidRPr="00520F99">
        <w:rPr>
          <w:b/>
          <w:u w:val="single"/>
        </w:rPr>
        <w:t>entro</w:t>
      </w:r>
      <w:proofErr w:type="spellEnd"/>
      <w:r w:rsidRPr="00520F99">
        <w:rPr>
          <w:b/>
          <w:u w:val="single"/>
        </w:rPr>
        <w:t xml:space="preserve"> I termini indicate </w:t>
      </w:r>
      <w:proofErr w:type="spellStart"/>
      <w:r w:rsidRPr="00520F99">
        <w:rPr>
          <w:b/>
          <w:u w:val="single"/>
        </w:rPr>
        <w:t>nella</w:t>
      </w:r>
      <w:proofErr w:type="spellEnd"/>
      <w:r w:rsidRPr="00520F99">
        <w:rPr>
          <w:b/>
          <w:u w:val="single"/>
        </w:rPr>
        <w:t xml:space="preserve"> </w:t>
      </w:r>
      <w:proofErr w:type="spellStart"/>
      <w:r w:rsidRPr="00520F99">
        <w:rPr>
          <w:b/>
          <w:u w:val="single"/>
        </w:rPr>
        <w:t>circolare</w:t>
      </w:r>
      <w:proofErr w:type="spellEnd"/>
      <w:r w:rsidRPr="00520F99">
        <w:rPr>
          <w:b/>
          <w:u w:val="single"/>
        </w:rPr>
        <w:t xml:space="preserve">, </w:t>
      </w:r>
      <w:proofErr w:type="spellStart"/>
      <w:r w:rsidRPr="00520F99">
        <w:rPr>
          <w:b/>
          <w:u w:val="single"/>
        </w:rPr>
        <w:t>presso</w:t>
      </w:r>
      <w:proofErr w:type="spellEnd"/>
      <w:r w:rsidRPr="00520F99">
        <w:rPr>
          <w:b/>
          <w:u w:val="single"/>
        </w:rPr>
        <w:t xml:space="preserve"> </w:t>
      </w:r>
      <w:proofErr w:type="spellStart"/>
      <w:r w:rsidRPr="00520F99">
        <w:rPr>
          <w:b/>
          <w:u w:val="single"/>
        </w:rPr>
        <w:t>gli</w:t>
      </w:r>
      <w:proofErr w:type="spellEnd"/>
      <w:r w:rsidRPr="00520F99">
        <w:rPr>
          <w:b/>
          <w:u w:val="single"/>
        </w:rPr>
        <w:t xml:space="preserve"> </w:t>
      </w:r>
      <w:proofErr w:type="spellStart"/>
      <w:r w:rsidRPr="00520F99">
        <w:rPr>
          <w:b/>
          <w:u w:val="single"/>
        </w:rPr>
        <w:t>uffici</w:t>
      </w:r>
      <w:proofErr w:type="spellEnd"/>
      <w:r w:rsidRPr="00520F99">
        <w:rPr>
          <w:b/>
          <w:u w:val="single"/>
        </w:rPr>
        <w:t xml:space="preserve"> </w:t>
      </w:r>
      <w:proofErr w:type="spellStart"/>
      <w:proofErr w:type="gramStart"/>
      <w:r w:rsidRPr="00520F99">
        <w:rPr>
          <w:b/>
          <w:u w:val="single"/>
        </w:rPr>
        <w:t>della</w:t>
      </w:r>
      <w:proofErr w:type="spellEnd"/>
      <w:proofErr w:type="gramEnd"/>
      <w:r w:rsidRPr="00520F99">
        <w:rPr>
          <w:b/>
          <w:u w:val="single"/>
        </w:rPr>
        <w:t xml:space="preserve"> </w:t>
      </w:r>
      <w:proofErr w:type="spellStart"/>
      <w:r w:rsidRPr="00520F99">
        <w:rPr>
          <w:b/>
          <w:u w:val="single"/>
        </w:rPr>
        <w:t>segreteria</w:t>
      </w:r>
      <w:proofErr w:type="spellEnd"/>
      <w:r w:rsidRPr="00520F99">
        <w:rPr>
          <w:b/>
          <w:u w:val="single"/>
        </w:rPr>
        <w:t xml:space="preserve"> </w:t>
      </w:r>
      <w:proofErr w:type="spellStart"/>
      <w:r w:rsidRPr="00520F99">
        <w:rPr>
          <w:b/>
          <w:u w:val="single"/>
        </w:rPr>
        <w:t>docent</w:t>
      </w:r>
      <w:r w:rsidR="00CD142A" w:rsidRPr="00520F99">
        <w:rPr>
          <w:b/>
          <w:u w:val="single"/>
        </w:rPr>
        <w:t>i</w:t>
      </w:r>
      <w:proofErr w:type="spellEnd"/>
      <w:r w:rsidRPr="00520F99">
        <w:rPr>
          <w:b/>
          <w:u w:val="single"/>
        </w:rPr>
        <w:t xml:space="preserve"> in piazza XXI aprile.</w:t>
      </w:r>
      <w:bookmarkEnd w:id="0"/>
    </w:p>
    <w:sectPr w:rsidR="00DF1F6B" w:rsidRPr="00520F99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23181"/>
    <w:rsid w:val="00520F99"/>
    <w:rsid w:val="00AA1D8D"/>
    <w:rsid w:val="00B47730"/>
    <w:rsid w:val="00CB0664"/>
    <w:rsid w:val="00CD142A"/>
    <w:rsid w:val="00DF1F6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AB6EFAA6-775A-498C-9F8D-BF8E89E69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C693F"/>
    <w:rPr>
      <w:rFonts w:ascii="Arial" w:hAnsi="Arial"/>
      <w:sz w:val="21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llegamentoipertestuale">
    <w:name w:val="Hyperlink"/>
    <w:basedOn w:val="Carpredefinitoparagrafo"/>
    <w:uiPriority w:val="99"/>
    <w:unhideWhenUsed/>
    <w:rsid w:val="00DF1F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pis01800p@istruzione.i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BF7AF49-4E52-4056-997A-DE90B9B39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631</Words>
  <Characters>3601</Characters>
  <Application>Microsoft Office Word</Application>
  <DocSecurity>0</DocSecurity>
  <Lines>30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4224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amministratore</cp:lastModifiedBy>
  <cp:revision>4</cp:revision>
  <dcterms:created xsi:type="dcterms:W3CDTF">2026-09-11T07:50:00Z</dcterms:created>
  <dcterms:modified xsi:type="dcterms:W3CDTF">2026-09-11T14:54:00Z</dcterms:modified>
  <cp:category/>
</cp:coreProperties>
</file>